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Bdr>
          <w:bottom w:val="single" w:sz="8" w:space="1" w:color="007a7a"/>
        </w:pBdr>
      </w:pPr>
    </w:p>
    <w:p>
      <w:pPr>
        <w:spacing w:after="2400"/>
      </w:pPr>
    </w:p>
    <w:p>
      <w:pPr>
        <w:spacing w:after="160"/>
        <w:jc w:val="left"/>
        <w:pBdr>
          <w:bottom w:val="single" w:sz="6" w:space="10" w:color="007a7a"/>
        </w:pBdr>
      </w:pPr>
      <w:r>
        <w:rPr>
          <w:rFonts w:ascii="Arial" w:hAnsi="Arial"/>
          <w:b/>
          <w:color w:val="007A7A"/>
          <w:sz w:val="68"/>
        </w:rPr>
        <w:t>Your Personal Health Guide</w:t>
      </w:r>
    </w:p>
    <w:p>
      <w:pPr>
        <w:spacing w:before="200"/>
        <w:jc w:val="left"/>
      </w:pPr>
      <w:r>
        <w:rPr>
          <w:rFonts w:ascii="Arial" w:hAnsi="Arial"/>
          <w:color w:val="737373"/>
          <w:sz w:val="28"/>
        </w:rPr>
        <w:t>Gulce Lina Elustu  |  23 September 2026</w:t>
      </w:r>
    </w:p>
    <w:p>
      <w:pPr>
        <w:spacing w:after="3000"/>
      </w:pPr>
    </w:p>
    <w:p>
      <w:pPr>
        <w:spacing w:after="280"/>
        <w:pBdr>
          <w:bottom w:val="single" w:sz="4" w:space="1" w:color="BFBFBF"/>
        </w:pBdr>
      </w:pPr>
    </w:p>
    <w:p>
      <w:pPr>
        <w:spacing w:after="40"/>
        <w:jc w:val="left"/>
      </w:pPr>
      <w:r>
        <w:rPr>
          <w:rFonts w:ascii="Arial" w:hAnsi="Arial"/>
          <w:b/>
          <w:color w:val="737373"/>
          <w:sz w:val="16"/>
          <w:spacing w:val="30"/>
        </w:rPr>
        <w:t>PREPARED BY</w:t>
      </w:r>
    </w:p>
    <w:p>
      <w:pPr>
        <w:spacing w:after="280"/>
        <w:jc w:val="left"/>
      </w:pPr>
      <w:r>
        <w:rPr>
          <w:rFonts w:ascii="Arial" w:hAnsi="Arial"/>
          <w:b/>
          <w:color w:val="1A1A1A"/>
          <w:sz w:val="26"/>
        </w:rPr>
        <w:t>Riico Health</w:t>
      </w:r>
    </w:p>
    <w:p>
      <w:pPr>
        <w:jc w:val="left"/>
      </w:pPr>
      <w:r>
        <w:rPr>
          <w:rFonts w:ascii="Arial" w:hAnsi="Arial"/>
          <w:color w:val="737373"/>
          <w:sz w:val="22"/>
        </w:rPr>
        <w:t>September 2026</w:t>
      </w:r>
    </w:p>
    <w:p>
      <w:pPr>
        <w:pageBreakBefore/>
      </w:pPr>
      <w:r>
        <w:rPr>
          <w:sz w:val="22"/>
        </w:rPr>
        <w:t>Gulce, this is your personal guide. It explains what we found in your body and what to do about it. Keep it simple — just follow the steps one at a time. Your practitioner is always here if you have questions.</w:t>
      </w:r>
    </w:p>
    <w:p>
      <w:pPr>
        <w:spacing w:after="432" w:line="20" w:lineRule="exact"/>
      </w:pPr>
    </w:p>
    <w:p>
      <w:pPr>
        <w:pStyle w:val="Heading1"/>
      </w:pPr>
      <w:r>
        <w:t>SECTION 1 — WHAT WE FOUND</w:t>
      </w:r>
    </w:p>
    <w:p>
      <w:r>
        <w:rPr>
          <w:b/>
          <w:sz w:val="24"/>
        </w:rPr>
        <w:t>Vaccine Residues</w:t>
      </w:r>
    </w:p>
    <w:p>
      <w:r>
        <w:rPr>
          <w:sz w:val="22"/>
        </w:rPr>
        <w:t>We found spike protein and graphene oxide still sitting in your body from the Covid vaccine. These are affecting your heart's rhythm and your immune system. Clearing these is the top priority.</w:t>
      </w:r>
    </w:p>
    <w:p>
      <w:pPr>
        <w:spacing w:after="144" w:line="20" w:lineRule="exact"/>
      </w:pPr>
    </w:p>
    <w:p>
      <w:r>
        <w:rPr>
          <w:b/>
          <w:sz w:val="24"/>
        </w:rPr>
        <w:t>Your Heart</w:t>
      </w:r>
    </w:p>
    <w:p>
      <w:r>
        <w:rPr>
          <w:sz w:val="22"/>
        </w:rPr>
        <w:t>Your heart is under strain — both physically and emotionally. We also found a wall around your heart (and a hidden one underneath it). This is something the heart builds when it has been deeply hurt. Your practitioner will work on releasing this.</w:t>
      </w:r>
    </w:p>
    <w:p>
      <w:pPr>
        <w:spacing w:after="144" w:line="20" w:lineRule="exact"/>
      </w:pPr>
    </w:p>
    <w:p>
      <w:r>
        <w:rPr>
          <w:b/>
          <w:sz w:val="24"/>
        </w:rPr>
        <w:t>Your Immune System</w:t>
      </w:r>
    </w:p>
    <w:p>
      <w:r>
        <w:rPr>
          <w:sz w:val="22"/>
        </w:rPr>
        <w:t>Your immune system needs a full rebuild. Every layer of it is weakened right now. The good news is that the protocol in this guide is designed specifically to bring it back.</w:t>
      </w:r>
    </w:p>
    <w:p>
      <w:pPr>
        <w:spacing w:after="144" w:line="20" w:lineRule="exact"/>
      </w:pPr>
    </w:p>
    <w:p>
      <w:r>
        <w:rPr>
          <w:b/>
          <w:sz w:val="24"/>
        </w:rPr>
        <w:t>Your Gut</w:t>
      </w:r>
    </w:p>
    <w:p>
      <w:pPr>
        <w:pStyle w:val="ListBullet"/>
      </w:pPr>
      <w:r>
        <w:t>Leaky gut — toxins are getting into the bloodstream</w:t>
      </w:r>
    </w:p>
    <w:p>
      <w:pPr>
        <w:pStyle w:val="ListBullet"/>
      </w:pPr>
      <w:r>
        <w:t>Bad bacteria overgrowth and candida (yeast)</w:t>
      </w:r>
    </w:p>
    <w:p>
      <w:pPr>
        <w:pStyle w:val="ListBullet"/>
      </w:pPr>
      <w:r>
        <w:t>Low stomach acid — food is not being broken down properly</w:t>
      </w:r>
    </w:p>
    <w:p>
      <w:pPr>
        <w:pStyle w:val="ListBullet"/>
      </w:pPr>
      <w:r>
        <w:t>Reacting to gluten, dairy, sugar and casein</w:t>
      </w:r>
    </w:p>
    <w:p>
      <w:pPr>
        <w:spacing w:after="144" w:line="20" w:lineRule="exact"/>
      </w:pPr>
    </w:p>
    <w:p>
      <w:r>
        <w:rPr>
          <w:b/>
          <w:sz w:val="24"/>
        </w:rPr>
        <w:t>Your Kidneys</w:t>
      </w:r>
    </w:p>
    <w:p>
      <w:r>
        <w:rPr>
          <w:sz w:val="22"/>
        </w:rPr>
        <w:t>Your kidneys are under strain and carrying a lot of stored fear and dread. Supporting them with the juice, supplements and breathwork will make a big difference.</w:t>
      </w:r>
    </w:p>
    <w:p>
      <w:pPr>
        <w:spacing w:after="144" w:line="20" w:lineRule="exact"/>
      </w:pPr>
    </w:p>
    <w:p>
      <w:r>
        <w:rPr>
          <w:b/>
          <w:sz w:val="24"/>
        </w:rPr>
        <w:t>Your Hormones and Glands</w:t>
      </w:r>
    </w:p>
    <w:p>
      <w:r>
        <w:rPr>
          <w:sz w:val="22"/>
        </w:rPr>
        <w:t>All four main glands are affected: adrenals (energy and stress), thyroid (metabolism), pituitary (master hormone control) and pineal (sleep). This is why your energy and sleep may feel off.</w:t>
      </w:r>
    </w:p>
    <w:p>
      <w:pPr>
        <w:spacing w:after="144" w:line="20" w:lineRule="exact"/>
      </w:pPr>
    </w:p>
    <w:p>
      <w:r>
        <w:rPr>
          <w:b/>
          <w:sz w:val="24"/>
        </w:rPr>
        <w:t>Toxins in the Body</w:t>
      </w:r>
    </w:p>
    <w:p>
      <w:pPr>
        <w:pStyle w:val="ListBullet"/>
      </w:pPr>
      <w:r>
        <w:t>Heavy metals (including mercury)</w:t>
      </w:r>
    </w:p>
    <w:p>
      <w:pPr>
        <w:pStyle w:val="ListBullet"/>
      </w:pPr>
      <w:r>
        <w:t>Microplastics — including in the reproductive organs</w:t>
      </w:r>
    </w:p>
    <w:p>
      <w:pPr>
        <w:pStyle w:val="ListBullet"/>
      </w:pPr>
      <w:r>
        <w:t>Pesticides, chemicals and radioactive compounds</w:t>
      </w:r>
    </w:p>
    <w:p>
      <w:pPr>
        <w:pStyle w:val="ListBullet"/>
      </w:pPr>
      <w:r>
        <w:t>5G radiation, electrosmog and geopathic stress</w:t>
      </w:r>
    </w:p>
    <w:p>
      <w:r>
        <w:rPr>
          <w:b/>
          <w:sz w:val="22"/>
        </w:rPr>
        <w:t>Walk barefoot on grass or soil for 20 minutes every day. This is one of the most powerful things you can do to clear the radiation and electrosmog burden — and it costs nothing.</w:t>
      </w:r>
    </w:p>
    <w:p>
      <w:pPr>
        <w:spacing w:after="144" w:line="20" w:lineRule="exact"/>
      </w:pPr>
    </w:p>
    <w:p>
      <w:r>
        <w:rPr>
          <w:b/>
          <w:sz w:val="24"/>
        </w:rPr>
        <w:t>Your Body Is Also Low In</w:t>
      </w:r>
    </w:p>
    <w:p>
      <w:r>
        <w:rPr>
          <w:sz w:val="22"/>
        </w:rPr>
        <w:t>Magnesium, zinc, potassium, iodine, vitamin C, vitamin D, vitamin B12, collagen and digestive enzymes. The supplements below will address all of these.</w:t>
      </w:r>
    </w:p>
    <w:p>
      <w:pPr>
        <w:spacing w:after="144" w:line="20" w:lineRule="exact"/>
      </w:pPr>
    </w:p>
    <w:p>
      <w:r>
        <w:rPr>
          <w:b/>
          <w:sz w:val="24"/>
        </w:rPr>
        <w:t>You Are Dehydrated</w:t>
      </w:r>
    </w:p>
    <w:p>
      <w:r>
        <w:rPr>
          <w:sz w:val="22"/>
        </w:rPr>
        <w:t>Drink at least 2 litres of filtered water every day. Start every morning with a warm glass of lemon water before anything else.</w:t>
      </w:r>
    </w:p>
    <w:p>
      <w:pPr>
        <w:spacing w:after="432" w:line="20" w:lineRule="exact"/>
      </w:pPr>
    </w:p>
    <w:p>
      <w:pPr>
        <w:pStyle w:val="Heading1"/>
      </w:pPr>
      <w:r>
        <w:t>SECTION 2 — YOUR MARION SPRAYS</w:t>
      </w:r>
    </w:p>
    <w:p>
      <w:r>
        <w:rPr>
          <w:sz w:val="22"/>
        </w:rPr>
        <w:t>Use as directed on each bottle.</w:t>
      </w:r>
    </w:p>
    <w:p>
      <w:pPr>
        <w:spacing w:after="144" w:line="20" w:lineRule="exact"/>
      </w:pP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Spray</w:t>
            </w:r>
          </w:p>
        </w:tc>
        <w:tc>
          <w:tcPr>
            <w:tcW w:type="dxa" w:w="4320"/>
            <w:shd w:fill="007a7a"/>
          </w:tcPr>
          <w:p>
            <w:r>
              <w:rPr>
                <w:b/>
                <w:color w:val="FFFFFF"/>
              </w:rPr>
              <w:t>What It Does</w:t>
            </w:r>
          </w:p>
        </w:tc>
      </w:tr>
      <w:tr>
        <w:tc>
          <w:tcPr>
            <w:tcW w:type="dxa" w:w="4320"/>
          </w:tcPr>
          <w:p>
            <w:r>
              <w:t>Tox</w:t>
            </w:r>
          </w:p>
        </w:tc>
        <w:tc>
          <w:tcPr>
            <w:tcW w:type="dxa" w:w="4320"/>
          </w:tcPr>
          <w:p>
            <w:r>
              <w:t>Helps your liver, kidneys and lymph clear the overall toxic burden — heavy metals, pesticides and chemicals.</w:t>
            </w:r>
          </w:p>
        </w:tc>
      </w:tr>
      <w:tr>
        <w:tc>
          <w:tcPr>
            <w:tcW w:type="dxa" w:w="4320"/>
          </w:tcPr>
          <w:p>
            <w:r>
              <w:t>Col</w:t>
            </w:r>
          </w:p>
        </w:tc>
        <w:tc>
          <w:tcPr>
            <w:tcW w:type="dxa" w:w="4320"/>
          </w:tcPr>
          <w:p>
            <w:r>
              <w:t>Heals the gut lining, clears intestinal toxins and addresses candida. Directly targets the leaky gut.</w:t>
            </w:r>
          </w:p>
        </w:tc>
      </w:tr>
      <w:tr>
        <w:tc>
          <w:tcPr>
            <w:tcW w:type="dxa" w:w="4320"/>
          </w:tcPr>
          <w:p>
            <w:r>
              <w:t>Urcirk</w:t>
            </w:r>
          </w:p>
        </w:tc>
        <w:tc>
          <w:tcPr>
            <w:tcW w:type="dxa" w:w="4320"/>
          </w:tcPr>
          <w:p>
            <w:r>
              <w:t>Supports the kidneys and urinary system. Helps clear heavy metals and supports kidney drainage.</w:t>
            </w:r>
          </w:p>
        </w:tc>
      </w:tr>
      <w:tr>
        <w:tc>
          <w:tcPr>
            <w:tcW w:type="dxa" w:w="4320"/>
          </w:tcPr>
          <w:p>
            <w:r>
              <w:t>Hepcirk</w:t>
            </w:r>
          </w:p>
        </w:tc>
        <w:tc>
          <w:tcPr>
            <w:tcW w:type="dxa" w:w="4320"/>
          </w:tcPr>
          <w:p>
            <w:r>
              <w:t>Supports the liver — helps it process the toxic and emotional burden it is carrying.</w:t>
            </w:r>
          </w:p>
        </w:tc>
      </w:tr>
      <w:tr>
        <w:tc>
          <w:tcPr>
            <w:tcW w:type="dxa" w:w="4320"/>
          </w:tcPr>
          <w:p>
            <w:r>
              <w:t>Mun</w:t>
            </w:r>
          </w:p>
        </w:tc>
        <w:tc>
          <w:tcPr>
            <w:tcW w:type="dxa" w:w="4320"/>
          </w:tcPr>
          <w:p>
            <w:r>
              <w:t>Rebuilds your immune system — anti-viral, anti-bacterial, anti-fungal, anti-parasitic and anti-cancer immunity.</w:t>
            </w:r>
          </w:p>
        </w:tc>
      </w:tr>
      <w:tr>
        <w:tc>
          <w:tcPr>
            <w:tcW w:type="dxa" w:w="4320"/>
          </w:tcPr>
          <w:p>
            <w:r>
              <w:t>Elerg</w:t>
            </w:r>
          </w:p>
        </w:tc>
        <w:tc>
          <w:tcPr>
            <w:tcW w:type="dxa" w:w="4320"/>
          </w:tcPr>
          <w:p>
            <w:r>
              <w:t>Supports the body in clearing allergic and reactive responses — including the food sensitivities found in your session.</w:t>
            </w:r>
          </w:p>
        </w:tc>
      </w:tr>
      <w:tr>
        <w:tc>
          <w:tcPr>
            <w:tcW w:type="dxa" w:w="4320"/>
          </w:tcPr>
          <w:p>
            <w:r>
              <w:t>Corcirk</w:t>
            </w:r>
          </w:p>
        </w:tc>
        <w:tc>
          <w:tcPr>
            <w:tcW w:type="dxa" w:w="4320"/>
          </w:tcPr>
          <w:p>
            <w:r>
              <w:t>Supports heart function and circulation. Directly addresses the heart strain found in your session.</w:t>
            </w:r>
          </w:p>
        </w:tc>
      </w:tr>
      <w:tr>
        <w:tc>
          <w:tcPr>
            <w:tcW w:type="dxa" w:w="4320"/>
          </w:tcPr>
          <w:p>
            <w:r>
              <w:t>Vak</w:t>
            </w:r>
          </w:p>
        </w:tc>
        <w:tc>
          <w:tcPr>
            <w:tcW w:type="dxa" w:w="4320"/>
          </w:tcPr>
          <w:p>
            <w:r>
              <w:t>Clears spike protein, graphene oxide and Covid vaccine residues from the body.</w:t>
            </w:r>
          </w:p>
        </w:tc>
      </w:tr>
    </w:tbl>
    <w:p>
      <w:pPr>
        <w:spacing w:after="432" w:line="20" w:lineRule="exact"/>
      </w:pPr>
    </w:p>
    <w:p>
      <w:pPr>
        <w:pStyle w:val="Heading1"/>
      </w:pPr>
      <w:r>
        <w:t>SECTION 3 — YOUR SUPPLEMENTS</w:t>
      </w:r>
    </w:p>
    <w:tbl>
      <w:tblPr>
        <w:tblStyle w:val="TableGrid"/>
        <w:tblW w:type="auto" w:w="0"/>
        <w:tblLook w:firstColumn="1" w:firstRow="1" w:lastColumn="0" w:lastRow="0" w:noHBand="0" w:noVBand="1" w:val="04A0"/>
      </w:tblPr>
      <w:tblGrid>
        <w:gridCol w:w="2880"/>
        <w:gridCol w:w="2880"/>
        <w:gridCol w:w="2880"/>
      </w:tblGrid>
      <w:tr>
        <w:tc>
          <w:tcPr>
            <w:tcW w:type="dxa" w:w="2880"/>
            <w:shd w:fill="007a7a"/>
          </w:tcPr>
          <w:p>
            <w:r>
              <w:rPr>
                <w:b/>
                <w:color w:val="FFFFFF"/>
              </w:rPr>
              <w:t>Supplement</w:t>
            </w:r>
          </w:p>
        </w:tc>
        <w:tc>
          <w:tcPr>
            <w:tcW w:type="dxa" w:w="2880"/>
            <w:shd w:fill="007a7a"/>
          </w:tcPr>
          <w:p>
            <w:r>
              <w:rPr>
                <w:b/>
                <w:color w:val="FFFFFF"/>
              </w:rPr>
              <w:t>Why You Need It</w:t>
            </w:r>
          </w:p>
        </w:tc>
        <w:tc>
          <w:tcPr>
            <w:tcW w:type="dxa" w:w="2880"/>
            <w:shd w:fill="007a7a"/>
          </w:tcPr>
          <w:p>
            <w:r>
              <w:rPr>
                <w:b/>
                <w:color w:val="FFFFFF"/>
              </w:rPr>
              <w:t>When</w:t>
            </w:r>
          </w:p>
        </w:tc>
      </w:tr>
      <w:tr>
        <w:tc>
          <w:tcPr>
            <w:tcW w:type="dxa" w:w="2880"/>
          </w:tcPr>
          <w:p>
            <w:r>
              <w:t>Black seed oil</w:t>
            </w:r>
          </w:p>
        </w:tc>
        <w:tc>
          <w:tcPr>
            <w:tcW w:type="dxa" w:w="2880"/>
          </w:tcPr>
          <w:p>
            <w:r>
              <w:t>Powerful immune booster. Anti-viral, anti-bacterial and anti-fungal. Helps clear vaccine residues. 1 teaspoon daily.</w:t>
            </w:r>
          </w:p>
        </w:tc>
        <w:tc>
          <w:tcPr>
            <w:tcW w:type="dxa" w:w="2880"/>
          </w:tcPr>
          <w:p>
            <w:r>
              <w:t>Morning</w:t>
            </w:r>
          </w:p>
        </w:tc>
      </w:tr>
      <w:tr>
        <w:tc>
          <w:tcPr>
            <w:tcW w:type="dxa" w:w="2880"/>
          </w:tcPr>
          <w:p>
            <w:r>
              <w:t>Fulvic minerals</w:t>
            </w:r>
          </w:p>
        </w:tc>
        <w:tc>
          <w:tcPr>
            <w:tcW w:type="dxa" w:w="2880"/>
          </w:tcPr>
          <w:p>
            <w:r>
              <w:t>Removes heavy metals and toxins. Replenishes the minerals your body is depleted in.</w:t>
            </w:r>
          </w:p>
        </w:tc>
        <w:tc>
          <w:tcPr>
            <w:tcW w:type="dxa" w:w="2880"/>
          </w:tcPr>
          <w:p>
            <w:r>
              <w:t>In water, away from food</w:t>
            </w:r>
          </w:p>
        </w:tc>
      </w:tr>
      <w:tr>
        <w:tc>
          <w:tcPr>
            <w:tcW w:type="dxa" w:w="2880"/>
          </w:tcPr>
          <w:p>
            <w:r>
              <w:t>Chlorella</w:t>
            </w:r>
          </w:p>
        </w:tc>
        <w:tc>
          <w:tcPr>
            <w:tcW w:type="dxa" w:w="2880"/>
          </w:tcPr>
          <w:p>
            <w:r>
              <w:t>Binds and removes mercury and heavy metals. Start with a small dose and build up.</w:t>
            </w:r>
          </w:p>
        </w:tc>
        <w:tc>
          <w:tcPr>
            <w:tcW w:type="dxa" w:w="2880"/>
          </w:tcPr>
          <w:p>
            <w:r>
              <w:t>With water</w:t>
            </w:r>
          </w:p>
        </w:tc>
      </w:tr>
      <w:tr>
        <w:tc>
          <w:tcPr>
            <w:tcW w:type="dxa" w:w="2880"/>
          </w:tcPr>
          <w:p>
            <w:r>
              <w:t>Chlorophyll</w:t>
            </w:r>
          </w:p>
        </w:tc>
        <w:tc>
          <w:tcPr>
            <w:tcW w:type="dxa" w:w="2880"/>
          </w:tcPr>
          <w:p>
            <w:r>
              <w:t>Alkalises the body, supports the blood and liver, helps clear toxins. Add to water.</w:t>
            </w:r>
          </w:p>
        </w:tc>
        <w:tc>
          <w:tcPr>
            <w:tcW w:type="dxa" w:w="2880"/>
          </w:tcPr>
          <w:p>
            <w:r>
              <w:t>Morning</w:t>
            </w:r>
          </w:p>
        </w:tc>
      </w:tr>
      <w:tr>
        <w:tc>
          <w:tcPr>
            <w:tcW w:type="dxa" w:w="2880"/>
          </w:tcPr>
          <w:p>
            <w:r>
              <w:t>Sea moss</w:t>
            </w:r>
          </w:p>
        </w:tc>
        <w:tc>
          <w:tcPr>
            <w:tcW w:type="dxa" w:w="2880"/>
          </w:tcPr>
          <w:p>
            <w:r>
              <w:t>Contains 92 minerals your body needs. Supports thyroid, gut and immune function.</w:t>
            </w:r>
          </w:p>
        </w:tc>
        <w:tc>
          <w:tcPr>
            <w:tcW w:type="dxa" w:w="2880"/>
          </w:tcPr>
          <w:p>
            <w:r>
              <w:t>Daily</w:t>
            </w:r>
          </w:p>
        </w:tc>
      </w:tr>
      <w:tr>
        <w:tc>
          <w:tcPr>
            <w:tcW w:type="dxa" w:w="2880"/>
          </w:tcPr>
          <w:p>
            <w:r>
              <w:t>Electrolytes</w:t>
            </w:r>
          </w:p>
        </w:tc>
        <w:tc>
          <w:tcPr>
            <w:tcW w:type="dxa" w:w="2880"/>
          </w:tcPr>
          <w:p>
            <w:r>
              <w:t>Replenishes sodium, potassium, magnesium and calcium. Essential for hydration and heart rhythm.</w:t>
            </w:r>
          </w:p>
        </w:tc>
        <w:tc>
          <w:tcPr>
            <w:tcW w:type="dxa" w:w="2880"/>
          </w:tcPr>
          <w:p>
            <w:r>
              <w:t>Daily in water</w:t>
            </w:r>
          </w:p>
        </w:tc>
      </w:tr>
      <w:tr>
        <w:tc>
          <w:tcPr>
            <w:tcW w:type="dxa" w:w="2880"/>
          </w:tcPr>
          <w:p>
            <w:r>
              <w:t>Probiotics (multi-strain)</w:t>
            </w:r>
          </w:p>
        </w:tc>
        <w:tc>
          <w:tcPr>
            <w:tcW w:type="dxa" w:w="2880"/>
          </w:tcPr>
          <w:p>
            <w:r>
              <w:t>Restores good gut bacteria and helps heal the leaky gut.</w:t>
            </w:r>
          </w:p>
        </w:tc>
        <w:tc>
          <w:tcPr>
            <w:tcW w:type="dxa" w:w="2880"/>
          </w:tcPr>
          <w:p>
            <w:r>
              <w:t>Morning, away from food</w:t>
            </w:r>
          </w:p>
        </w:tc>
      </w:tr>
      <w:tr>
        <w:tc>
          <w:tcPr>
            <w:tcW w:type="dxa" w:w="2880"/>
          </w:tcPr>
          <w:p>
            <w:r>
              <w:t>Digestive enzymes</w:t>
            </w:r>
          </w:p>
        </w:tc>
        <w:tc>
          <w:tcPr>
            <w:tcW w:type="dxa" w:w="2880"/>
          </w:tcPr>
          <w:p>
            <w:r>
              <w:t>Helps your body break down food properly.</w:t>
            </w:r>
          </w:p>
        </w:tc>
        <w:tc>
          <w:tcPr>
            <w:tcW w:type="dxa" w:w="2880"/>
          </w:tcPr>
          <w:p>
            <w:r>
              <w:t>With every meal</w:t>
            </w:r>
          </w:p>
        </w:tc>
      </w:tr>
      <w:tr>
        <w:tc>
          <w:tcPr>
            <w:tcW w:type="dxa" w:w="2880"/>
          </w:tcPr>
          <w:p>
            <w:r>
              <w:t>Milk thistle</w:t>
            </w:r>
          </w:p>
        </w:tc>
        <w:tc>
          <w:tcPr>
            <w:tcW w:type="dxa" w:w="2880"/>
          </w:tcPr>
          <w:p>
            <w:r>
              <w:t>Protects and regenerates the liver.</w:t>
            </w:r>
          </w:p>
        </w:tc>
        <w:tc>
          <w:tcPr>
            <w:tcW w:type="dxa" w:w="2880"/>
          </w:tcPr>
          <w:p>
            <w:r>
              <w:t>With food</w:t>
            </w:r>
          </w:p>
        </w:tc>
      </w:tr>
      <w:tr>
        <w:tc>
          <w:tcPr>
            <w:tcW w:type="dxa" w:w="2880"/>
          </w:tcPr>
          <w:p>
            <w:r>
              <w:t>Magnesium glycinate (400mg)</w:t>
            </w:r>
          </w:p>
        </w:tc>
        <w:tc>
          <w:tcPr>
            <w:tcW w:type="dxa" w:w="2880"/>
          </w:tcPr>
          <w:p>
            <w:r>
              <w:t>Supports sleep, stress and heart rhythm. Also use magnesium salt baths 2-3 times per week.</w:t>
            </w:r>
          </w:p>
        </w:tc>
        <w:tc>
          <w:tcPr>
            <w:tcW w:type="dxa" w:w="2880"/>
          </w:tcPr>
          <w:p>
            <w:r>
              <w:t>Evening</w:t>
            </w:r>
          </w:p>
        </w:tc>
      </w:tr>
      <w:tr>
        <w:tc>
          <w:tcPr>
            <w:tcW w:type="dxa" w:w="2880"/>
          </w:tcPr>
          <w:p>
            <w:r>
              <w:t>Vitamin D3 with K2</w:t>
            </w:r>
          </w:p>
        </w:tc>
        <w:tc>
          <w:tcPr>
            <w:tcW w:type="dxa" w:w="2880"/>
          </w:tcPr>
          <w:p>
            <w:r>
              <w:t>Rebuilds immune function and supports hormone balance.</w:t>
            </w:r>
          </w:p>
        </w:tc>
        <w:tc>
          <w:tcPr>
            <w:tcW w:type="dxa" w:w="2880"/>
          </w:tcPr>
          <w:p>
            <w:r>
              <w:t>With breakfast</w:t>
            </w:r>
          </w:p>
        </w:tc>
      </w:tr>
      <w:tr>
        <w:tc>
          <w:tcPr>
            <w:tcW w:type="dxa" w:w="2880"/>
          </w:tcPr>
          <w:p>
            <w:r>
              <w:t>Vitamin C (1000mg)</w:t>
            </w:r>
          </w:p>
        </w:tc>
        <w:tc>
          <w:tcPr>
            <w:tcW w:type="dxa" w:w="2880"/>
          </w:tcPr>
          <w:p>
            <w:r>
              <w:t>Immune support and antioxidant. Helps clear heavy metals.</w:t>
            </w:r>
          </w:p>
        </w:tc>
        <w:tc>
          <w:tcPr>
            <w:tcW w:type="dxa" w:w="2880"/>
          </w:tcPr>
          <w:p>
            <w:r>
              <w:t>With meals</w:t>
            </w:r>
          </w:p>
        </w:tc>
      </w:tr>
      <w:tr>
        <w:tc>
          <w:tcPr>
            <w:tcW w:type="dxa" w:w="2880"/>
          </w:tcPr>
          <w:p>
            <w:r>
              <w:t>Vitamin B12 (methylcobalamin)</w:t>
            </w:r>
          </w:p>
        </w:tc>
        <w:tc>
          <w:tcPr>
            <w:tcW w:type="dxa" w:w="2880"/>
          </w:tcPr>
          <w:p>
            <w:r>
              <w:t>Energy, brain function and nerve health.</w:t>
            </w:r>
          </w:p>
        </w:tc>
        <w:tc>
          <w:tcPr>
            <w:tcW w:type="dxa" w:w="2880"/>
          </w:tcPr>
          <w:p>
            <w:r>
              <w:t>Morning</w:t>
            </w:r>
          </w:p>
        </w:tc>
      </w:tr>
    </w:tbl>
    <w:p>
      <w:pPr>
        <w:spacing w:after="432" w:line="20" w:lineRule="exact"/>
      </w:pPr>
    </w:p>
    <w:p>
      <w:pPr>
        <w:pStyle w:val="Heading1"/>
      </w:pPr>
      <w:r>
        <w:t>SECTION 4 — YOUR DAILY HEALING JUICE</w:t>
      </w:r>
    </w:p>
    <w:p>
      <w:r>
        <w:rPr>
          <w:b/>
          <w:sz w:val="24"/>
        </w:rPr>
        <w:t>GeoGenetic Juice — Make This Every Morning</w:t>
      </w:r>
    </w:p>
    <w:p>
      <w:pPr>
        <w:pStyle w:val="ListBullet"/>
      </w:pPr>
      <w:r>
        <w:t>Celery — 3 to 4 stalks</w:t>
      </w:r>
    </w:p>
    <w:p>
      <w:pPr>
        <w:pStyle w:val="ListBullet"/>
      </w:pPr>
      <w:r>
        <w:t>Cucumber — half</w:t>
      </w:r>
    </w:p>
    <w:p>
      <w:pPr>
        <w:pStyle w:val="ListBullet"/>
      </w:pPr>
      <w:r>
        <w:t>Green apple — 1</w:t>
      </w:r>
    </w:p>
    <w:p>
      <w:pPr>
        <w:pStyle w:val="ListBullet"/>
      </w:pPr>
      <w:r>
        <w:t>Lemon — juice of half</w:t>
      </w:r>
    </w:p>
    <w:p>
      <w:pPr>
        <w:pStyle w:val="ListBullet"/>
      </w:pPr>
      <w:r>
        <w:t>Fresh ginger — a thumb-sized piece</w:t>
      </w:r>
    </w:p>
    <w:p>
      <w:pPr>
        <w:pStyle w:val="ListBullet"/>
      </w:pPr>
      <w:r>
        <w:t>Fresh parsley — a small handful</w:t>
      </w:r>
    </w:p>
    <w:p>
      <w:pPr>
        <w:pStyle w:val="ListBullet"/>
      </w:pPr>
      <w:r>
        <w:t>Fresh coriander — a small handful</w:t>
      </w:r>
    </w:p>
    <w:p>
      <w:pPr>
        <w:pStyle w:val="ListBullet"/>
      </w:pPr>
      <w:r>
        <w:t>Pinch of cayenne pepper</w:t>
      </w:r>
    </w:p>
    <w:p>
      <w:r>
        <w:rPr>
          <w:i/>
          <w:sz w:val="22"/>
        </w:rPr>
        <w:t>Drink on an empty stomach, 20 minutes before eating. Use a cold-press juicer if you have one. If not, blend and strain through a sieve. This juice is specifically chosen to cleanse your kidneys, remove heavy metals and alkalise your body.</w:t>
      </w:r>
    </w:p>
    <w:p>
      <w:pPr>
        <w:spacing w:after="432" w:line="20" w:lineRule="exact"/>
      </w:pPr>
    </w:p>
    <w:p>
      <w:pPr>
        <w:pStyle w:val="Heading1"/>
      </w:pPr>
      <w:r>
        <w:t>SECTION 5 — FOOD GUIDE</w:t>
      </w:r>
    </w:p>
    <w:p>
      <w:r>
        <w:rPr>
          <w:sz w:val="22"/>
        </w:rPr>
        <w:t>Your food plan is alkaline Mediterranean. This means eating mostly plants, healthy fats, wild caught fish and whole grains — and cutting out anything that creates acid, inflammation or feeds bad bacteria. Think of food as part of your healing, not just fuel.</w:t>
      </w:r>
    </w:p>
    <w:p>
      <w:pPr>
        <w:spacing w:after="216" w:line="20" w:lineRule="exact"/>
      </w:pPr>
    </w:p>
    <w:p>
      <w:r>
        <w:rPr>
          <w:b/>
          <w:sz w:val="24"/>
        </w:rPr>
        <w:t>Vegetables — Eat As Much As You Like</w:t>
      </w:r>
    </w:p>
    <w:p>
      <w:r>
        <w:rPr>
          <w:sz w:val="22"/>
        </w:rPr>
        <w:t>These are the foundation of your diet. Aim for at least half your plate to be vegetables at every meal.</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Vegetable</w:t>
            </w:r>
          </w:p>
        </w:tc>
        <w:tc>
          <w:tcPr>
            <w:tcW w:type="dxa" w:w="4320"/>
            <w:shd w:fill="007a7a"/>
          </w:tcPr>
          <w:p>
            <w:r>
              <w:rPr>
                <w:b/>
                <w:color w:val="FFFFFF"/>
              </w:rPr>
              <w:t>Why It Helps</w:t>
            </w:r>
          </w:p>
        </w:tc>
      </w:tr>
      <w:tr>
        <w:tc>
          <w:tcPr>
            <w:tcW w:type="dxa" w:w="4320"/>
          </w:tcPr>
          <w:p>
            <w:r>
              <w:t>Leafy greens — spinach, kale, rocket, Swiss chard</w:t>
            </w:r>
          </w:p>
        </w:tc>
        <w:tc>
          <w:tcPr>
            <w:tcW w:type="dxa" w:w="4320"/>
          </w:tcPr>
          <w:p>
            <w:r>
              <w:t>Highly alkaline. Rich in magnesium and chlorophyll. Supports the liver and blood.</w:t>
            </w:r>
          </w:p>
        </w:tc>
      </w:tr>
      <w:tr>
        <w:tc>
          <w:tcPr>
            <w:tcW w:type="dxa" w:w="4320"/>
          </w:tcPr>
          <w:p>
            <w:r>
              <w:t>Broccoli, cauliflower, Brussels sprouts</w:t>
            </w:r>
          </w:p>
        </w:tc>
        <w:tc>
          <w:tcPr>
            <w:tcW w:type="dxa" w:w="4320"/>
          </w:tcPr>
          <w:p>
            <w:r>
              <w:t>Powerful liver detoxifiers. Anti-inflammatory and anti-cancer.</w:t>
            </w:r>
          </w:p>
        </w:tc>
      </w:tr>
      <w:tr>
        <w:tc>
          <w:tcPr>
            <w:tcW w:type="dxa" w:w="4320"/>
          </w:tcPr>
          <w:p>
            <w:r>
              <w:t>Cucumber and celery</w:t>
            </w:r>
          </w:p>
        </w:tc>
        <w:tc>
          <w:tcPr>
            <w:tcW w:type="dxa" w:w="4320"/>
          </w:tcPr>
          <w:p>
            <w:r>
              <w:t>Deeply hydrating and alkalising. Supports kidney flushing.</w:t>
            </w:r>
          </w:p>
        </w:tc>
      </w:tr>
      <w:tr>
        <w:tc>
          <w:tcPr>
            <w:tcW w:type="dxa" w:w="4320"/>
          </w:tcPr>
          <w:p>
            <w:r>
              <w:t>Avocado</w:t>
            </w:r>
          </w:p>
        </w:tc>
        <w:tc>
          <w:tcPr>
            <w:tcW w:type="dxa" w:w="4320"/>
          </w:tcPr>
          <w:p>
            <w:r>
              <w:t>Healthy fats that support the heart and hormones. Anti-inflammatory.</w:t>
            </w:r>
          </w:p>
        </w:tc>
      </w:tr>
      <w:tr>
        <w:tc>
          <w:tcPr>
            <w:tcW w:type="dxa" w:w="4320"/>
          </w:tcPr>
          <w:p>
            <w:r>
              <w:t>Courgette, asparagus, artichoke</w:t>
            </w:r>
          </w:p>
        </w:tc>
        <w:tc>
          <w:tcPr>
            <w:tcW w:type="dxa" w:w="4320"/>
          </w:tcPr>
          <w:p>
            <w:r>
              <w:t>Gentle on the gut. Support liver and kidney drainage.</w:t>
            </w:r>
          </w:p>
        </w:tc>
      </w:tr>
      <w:tr>
        <w:tc>
          <w:tcPr>
            <w:tcW w:type="dxa" w:w="4320"/>
          </w:tcPr>
          <w:p>
            <w:r>
              <w:t>Sweet potato and beetroot</w:t>
            </w:r>
          </w:p>
        </w:tc>
        <w:tc>
          <w:tcPr>
            <w:tcW w:type="dxa" w:w="4320"/>
          </w:tcPr>
          <w:p>
            <w:r>
              <w:t>Grounding, mineral-rich and alkaline. Good slow-release energy.</w:t>
            </w:r>
          </w:p>
        </w:tc>
      </w:tr>
      <w:tr>
        <w:tc>
          <w:tcPr>
            <w:tcW w:type="dxa" w:w="4320"/>
          </w:tcPr>
          <w:p>
            <w:r>
              <w:t>Garlic and onion</w:t>
            </w:r>
          </w:p>
        </w:tc>
        <w:tc>
          <w:tcPr>
            <w:tcW w:type="dxa" w:w="4320"/>
          </w:tcPr>
          <w:p>
            <w:r>
              <w:t>Anti-viral, anti-bacterial and anti-fungal. Use daily in cooking.</w:t>
            </w:r>
          </w:p>
        </w:tc>
      </w:tr>
      <w:tr>
        <w:tc>
          <w:tcPr>
            <w:tcW w:type="dxa" w:w="4320"/>
          </w:tcPr>
          <w:p>
            <w:r>
              <w:t>Tomatoes, peppers, aubergine</w:t>
            </w:r>
          </w:p>
        </w:tc>
        <w:tc>
          <w:tcPr>
            <w:tcW w:type="dxa" w:w="4320"/>
          </w:tcPr>
          <w:p>
            <w:r>
              <w:t>Rich in antioxidants. Use cooked rather than raw for better absorption.</w:t>
            </w:r>
          </w:p>
        </w:tc>
      </w:tr>
    </w:tbl>
    <w:p>
      <w:pPr>
        <w:spacing w:after="216" w:line="20" w:lineRule="exact"/>
      </w:pPr>
    </w:p>
    <w:p>
      <w:r>
        <w:rPr>
          <w:b/>
          <w:sz w:val="24"/>
        </w:rPr>
        <w:t>Fish — Wild Caught Only</w:t>
      </w:r>
    </w:p>
    <w:p>
      <w:r>
        <w:rPr>
          <w:sz w:val="22"/>
        </w:rPr>
        <w:t>Wild caught fish is fine and encouraged. Aim for 3 to 4 portions per week. Avoid farmed fish — it contains antibiotics, dyes and inflammatory fats.</w:t>
      </w:r>
    </w:p>
    <w:p>
      <w:pPr>
        <w:pStyle w:val="ListBullet"/>
      </w:pPr>
      <w:r>
        <w:t>Salmon (wild caught) — omega-3 fats, supports the heart and brain</w:t>
      </w:r>
    </w:p>
    <w:p>
      <w:pPr>
        <w:pStyle w:val="ListBullet"/>
      </w:pPr>
      <w:r>
        <w:t>Sardines — one of the best sources of omega-3, calcium and vitamin D</w:t>
      </w:r>
    </w:p>
    <w:p>
      <w:pPr>
        <w:pStyle w:val="ListBullet"/>
      </w:pPr>
      <w:r>
        <w:t>Mackerel — anti-inflammatory, supports the nervous system</w:t>
      </w:r>
    </w:p>
    <w:p>
      <w:pPr>
        <w:pStyle w:val="ListBullet"/>
      </w:pPr>
      <w:r>
        <w:t>Anchovies — small, low in mercury, high in nutrients</w:t>
      </w:r>
    </w:p>
    <w:p>
      <w:pPr>
        <w:pStyle w:val="ListBullet"/>
      </w:pPr>
      <w:r>
        <w:t>Cod and haddock — lean, easy to digest, good protein</w:t>
      </w:r>
    </w:p>
    <w:p>
      <w:pPr>
        <w:pStyle w:val="ListBullet"/>
      </w:pPr>
      <w:r>
        <w:t>Trout — wild caught, rich in omega-3 and B vitamins</w:t>
      </w:r>
    </w:p>
    <w:p>
      <w:pPr>
        <w:pStyle w:val="ListBullet"/>
      </w:pPr>
      <w:r>
        <w:t>Tuna — wild caught only, limit to once per week due to mercury</w:t>
      </w:r>
    </w:p>
    <w:p>
      <w:pPr>
        <w:spacing w:after="216" w:line="20" w:lineRule="exact"/>
      </w:pPr>
    </w:p>
    <w:p>
      <w:r>
        <w:rPr>
          <w:b/>
          <w:sz w:val="24"/>
        </w:rPr>
        <w:t>Grains and Legumes</w:t>
      </w:r>
    </w:p>
    <w:p>
      <w:r>
        <w:rPr>
          <w:sz w:val="22"/>
        </w:rPr>
        <w:t>Choose gluten-free whole grains only. These give you steady energy without spiking blood sugar or irritating the gut.</w:t>
      </w:r>
    </w:p>
    <w:p>
      <w:pPr>
        <w:pStyle w:val="ListBullet"/>
      </w:pPr>
      <w:r>
        <w:t>Quinoa — complete protein, alkaline, easy to digest</w:t>
      </w:r>
    </w:p>
    <w:p>
      <w:pPr>
        <w:pStyle w:val="ListBullet"/>
      </w:pPr>
      <w:r>
        <w:t>Buckwheat — despite the name, completely gluten-free. Rich in minerals.</w:t>
      </w:r>
    </w:p>
    <w:p>
      <w:pPr>
        <w:pStyle w:val="ListBullet"/>
      </w:pPr>
      <w:r>
        <w:t>Brown rice and wild rice — gentle on the gut, good fibre</w:t>
      </w:r>
    </w:p>
    <w:p>
      <w:pPr>
        <w:pStyle w:val="ListBullet"/>
      </w:pPr>
      <w:r>
        <w:t>Oats (certified gluten-free) — supports the gut lining and cholesterol</w:t>
      </w:r>
    </w:p>
    <w:p>
      <w:pPr>
        <w:pStyle w:val="ListBullet"/>
      </w:pPr>
      <w:r>
        <w:t>Lentils — excellent plant protein and iron. Easy on digestion.</w:t>
      </w:r>
    </w:p>
    <w:p>
      <w:pPr>
        <w:pStyle w:val="ListBullet"/>
      </w:pPr>
      <w:r>
        <w:t>Chickpeas — fibre-rich, supports gut bacteria</w:t>
      </w:r>
    </w:p>
    <w:p>
      <w:pPr>
        <w:pStyle w:val="ListBullet"/>
      </w:pPr>
      <w:r>
        <w:t>Black beans and kidney beans — alkaline, high in antioxidants</w:t>
      </w:r>
    </w:p>
    <w:p>
      <w:pPr>
        <w:spacing w:after="216" w:line="20" w:lineRule="exact"/>
      </w:pPr>
    </w:p>
    <w:p>
      <w:r>
        <w:rPr>
          <w:b/>
          <w:sz w:val="24"/>
        </w:rPr>
        <w:t>Healthy Fats and Oils</w:t>
      </w:r>
    </w:p>
    <w:p>
      <w:pPr>
        <w:pStyle w:val="ListBullet"/>
      </w:pPr>
      <w:r>
        <w:t>Extra virgin olive oil — use cold on salads and drizzled on food. Do not fry with it.</w:t>
      </w:r>
    </w:p>
    <w:p>
      <w:pPr>
        <w:pStyle w:val="ListBullet"/>
      </w:pPr>
      <w:r>
        <w:t>Coconut oil — use for cooking. Anti-fungal and anti-bacterial.</w:t>
      </w:r>
    </w:p>
    <w:p>
      <w:pPr>
        <w:pStyle w:val="ListBullet"/>
      </w:pPr>
      <w:r>
        <w:t>Avocado oil — good for higher heat cooking</w:t>
      </w:r>
    </w:p>
    <w:p>
      <w:pPr>
        <w:pStyle w:val="ListBullet"/>
      </w:pPr>
      <w:r>
        <w:t>Flaxseed oil — add to smoothies or salads. Do not heat.</w:t>
      </w:r>
    </w:p>
    <w:p>
      <w:pPr>
        <w:pStyle w:val="ListBullet"/>
      </w:pPr>
      <w:r>
        <w:t>Pumpkin seeds, chia seeds, flaxseeds — eat a small handful daily</w:t>
      </w:r>
    </w:p>
    <w:p>
      <w:pPr>
        <w:pStyle w:val="ListBullet"/>
      </w:pPr>
      <w:r>
        <w:t>Walnuts and almonds — anti-inflammatory, support the brain and heart</w:t>
      </w:r>
    </w:p>
    <w:p>
      <w:pPr>
        <w:spacing w:after="216" w:line="20" w:lineRule="exact"/>
      </w:pPr>
    </w:p>
    <w:p>
      <w:r>
        <w:rPr>
          <w:b/>
          <w:sz w:val="24"/>
        </w:rPr>
        <w:t>Fruit</w:t>
      </w:r>
    </w:p>
    <w:p>
      <w:r>
        <w:rPr>
          <w:sz w:val="22"/>
        </w:rPr>
        <w:t>Fruit is good but keep it moderate — too much sugar (even natural) feeds candida. Stick to low-sugar options.</w:t>
      </w:r>
    </w:p>
    <w:p>
      <w:pPr>
        <w:pStyle w:val="ListBullet"/>
      </w:pPr>
      <w:r>
        <w:t>Berries — blueberries, raspberries, strawberries, blackberries. Eat daily. High in antioxidants, low in sugar.</w:t>
      </w:r>
    </w:p>
    <w:p>
      <w:pPr>
        <w:pStyle w:val="ListBullet"/>
      </w:pPr>
      <w:r>
        <w:t>Lemon and lime — highly alkalising. Use in water and cooking daily.</w:t>
      </w:r>
    </w:p>
    <w:p>
      <w:pPr>
        <w:pStyle w:val="ListBullet"/>
      </w:pPr>
      <w:r>
        <w:t>Green apple — lower sugar, supports digestion</w:t>
      </w:r>
    </w:p>
    <w:p>
      <w:pPr>
        <w:pStyle w:val="ListBullet"/>
      </w:pPr>
      <w:r>
        <w:t>Pomegranate — powerful antioxidant, supports the heart</w:t>
      </w:r>
    </w:p>
    <w:p>
      <w:pPr>
        <w:pStyle w:val="ListBullet"/>
      </w:pPr>
      <w:r>
        <w:t>Papaya — contains enzymes that help digestion</w:t>
      </w:r>
    </w:p>
    <w:p>
      <w:pPr>
        <w:pStyle w:val="ListBullet"/>
      </w:pPr>
      <w:r>
        <w:t>Watermelon — hydrating and kidney-supportive</w:t>
      </w:r>
    </w:p>
    <w:p>
      <w:pPr>
        <w:pStyle w:val="ListBullet"/>
      </w:pPr>
      <w:r>
        <w:t>Avoid: grapes, mango, banana, dried fruit — too high in sugar</w:t>
      </w:r>
    </w:p>
    <w:p>
      <w:pPr>
        <w:spacing w:after="216" w:line="20" w:lineRule="exact"/>
      </w:pPr>
    </w:p>
    <w:p>
      <w:r>
        <w:rPr>
          <w:b/>
          <w:sz w:val="24"/>
        </w:rPr>
        <w:t>Herbs and Spices — Use Every Day</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Herb / Spice</w:t>
            </w:r>
          </w:p>
        </w:tc>
        <w:tc>
          <w:tcPr>
            <w:tcW w:type="dxa" w:w="4320"/>
            <w:shd w:fill="007a7a"/>
          </w:tcPr>
          <w:p>
            <w:r>
              <w:rPr>
                <w:b/>
                <w:color w:val="FFFFFF"/>
              </w:rPr>
              <w:t>Why It Helps</w:t>
            </w:r>
          </w:p>
        </w:tc>
      </w:tr>
      <w:tr>
        <w:tc>
          <w:tcPr>
            <w:tcW w:type="dxa" w:w="4320"/>
          </w:tcPr>
          <w:p>
            <w:r>
              <w:t>Turmeric</w:t>
            </w:r>
          </w:p>
        </w:tc>
        <w:tc>
          <w:tcPr>
            <w:tcW w:type="dxa" w:w="4320"/>
          </w:tcPr>
          <w:p>
            <w:r>
              <w:t>Powerful anti-inflammatory. Add to everything — soups, rice, eggs, smoothies. Always pair with black pepper to activate it.</w:t>
            </w:r>
          </w:p>
        </w:tc>
      </w:tr>
      <w:tr>
        <w:tc>
          <w:tcPr>
            <w:tcW w:type="dxa" w:w="4320"/>
          </w:tcPr>
          <w:p>
            <w:r>
              <w:t>Ginger</w:t>
            </w:r>
          </w:p>
        </w:tc>
        <w:tc>
          <w:tcPr>
            <w:tcW w:type="dxa" w:w="4320"/>
          </w:tcPr>
          <w:p>
            <w:r>
              <w:t>Anti-nausea, anti-inflammatory, supports digestion and circulation. Use fresh in cooking and teas.</w:t>
            </w:r>
          </w:p>
        </w:tc>
      </w:tr>
      <w:tr>
        <w:tc>
          <w:tcPr>
            <w:tcW w:type="dxa" w:w="4320"/>
          </w:tcPr>
          <w:p>
            <w:r>
              <w:t>Garlic</w:t>
            </w:r>
          </w:p>
        </w:tc>
        <w:tc>
          <w:tcPr>
            <w:tcW w:type="dxa" w:w="4320"/>
          </w:tcPr>
          <w:p>
            <w:r>
              <w:t>Anti-viral, anti-bacterial, anti-fungal. Use raw where possible for maximum benefit.</w:t>
            </w:r>
          </w:p>
        </w:tc>
      </w:tr>
      <w:tr>
        <w:tc>
          <w:tcPr>
            <w:tcW w:type="dxa" w:w="4320"/>
          </w:tcPr>
          <w:p>
            <w:r>
              <w:t>Cayenne pepper</w:t>
            </w:r>
          </w:p>
        </w:tc>
        <w:tc>
          <w:tcPr>
            <w:tcW w:type="dxa" w:w="4320"/>
          </w:tcPr>
          <w:p>
            <w:r>
              <w:t>Boosts circulation, supports the heart and metabolism. Add a pinch to meals and the morning juice.</w:t>
            </w:r>
          </w:p>
        </w:tc>
      </w:tr>
      <w:tr>
        <w:tc>
          <w:tcPr>
            <w:tcW w:type="dxa" w:w="4320"/>
          </w:tcPr>
          <w:p>
            <w:r>
              <w:t>Coriander and parsley</w:t>
            </w:r>
          </w:p>
        </w:tc>
        <w:tc>
          <w:tcPr>
            <w:tcW w:type="dxa" w:w="4320"/>
          </w:tcPr>
          <w:p>
            <w:r>
              <w:t>Both help remove heavy metals from the body. Use fresh and generously.</w:t>
            </w:r>
          </w:p>
        </w:tc>
      </w:tr>
      <w:tr>
        <w:tc>
          <w:tcPr>
            <w:tcW w:type="dxa" w:w="4320"/>
          </w:tcPr>
          <w:p>
            <w:r>
              <w:t>Oregano</w:t>
            </w:r>
          </w:p>
        </w:tc>
        <w:tc>
          <w:tcPr>
            <w:tcW w:type="dxa" w:w="4320"/>
          </w:tcPr>
          <w:p>
            <w:r>
              <w:t>Powerful anti-fungal and anti-bacterial. Great for fighting candida.</w:t>
            </w:r>
          </w:p>
        </w:tc>
      </w:tr>
      <w:tr>
        <w:tc>
          <w:tcPr>
            <w:tcW w:type="dxa" w:w="4320"/>
          </w:tcPr>
          <w:p>
            <w:r>
              <w:t>Cinnamon</w:t>
            </w:r>
          </w:p>
        </w:tc>
        <w:tc>
          <w:tcPr>
            <w:tcW w:type="dxa" w:w="4320"/>
          </w:tcPr>
          <w:p>
            <w:r>
              <w:t>Balances blood sugar. Add to porridge, smoothies or herbal teas.</w:t>
            </w:r>
          </w:p>
        </w:tc>
      </w:tr>
    </w:tbl>
    <w:p>
      <w:pPr>
        <w:spacing w:after="216" w:line="20" w:lineRule="exact"/>
      </w:pPr>
    </w:p>
    <w:p>
      <w:r>
        <w:rPr>
          <w:b/>
          <w:sz w:val="24"/>
        </w:rPr>
        <w:t>Drinks</w:t>
      </w:r>
    </w:p>
    <w:p>
      <w:pPr>
        <w:pStyle w:val="ListBullet"/>
      </w:pPr>
      <w:r>
        <w:t>Filtered water — at least 2 litres per day. Add a slice of lemon or cucumber.</w:t>
      </w:r>
    </w:p>
    <w:p>
      <w:pPr>
        <w:pStyle w:val="ListBullet"/>
      </w:pPr>
      <w:r>
        <w:t>Warm lemon water — every morning before anything else</w:t>
      </w:r>
    </w:p>
    <w:p>
      <w:pPr>
        <w:pStyle w:val="ListBullet"/>
      </w:pPr>
      <w:r>
        <w:t>Herbal teas — nettle (kidneys), dandelion root (liver), ginger, chamomile, peppermint</w:t>
      </w:r>
    </w:p>
    <w:p>
      <w:pPr>
        <w:pStyle w:val="ListBullet"/>
      </w:pPr>
      <w:r>
        <w:t>Green tea — 1 to 2 cups per day. Rich in antioxidants.</w:t>
      </w:r>
    </w:p>
    <w:p>
      <w:pPr>
        <w:pStyle w:val="ListBullet"/>
      </w:pPr>
      <w:r>
        <w:t>Coconut water — natural electrolytes. Good after exercise.</w:t>
      </w:r>
    </w:p>
    <w:p>
      <w:pPr>
        <w:pStyle w:val="ListBullet"/>
      </w:pPr>
      <w:r>
        <w:t>Avoid: coffee, fizzy drinks, fruit juice, energy drinks, alcohol</w:t>
      </w:r>
    </w:p>
    <w:p>
      <w:pPr>
        <w:spacing w:after="216" w:line="20" w:lineRule="exact"/>
      </w:pPr>
    </w:p>
    <w:p>
      <w:r>
        <w:rPr>
          <w:b/>
          <w:sz w:val="24"/>
        </w:rPr>
        <w:t>Remove Completely</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Remove</w:t>
            </w:r>
          </w:p>
        </w:tc>
        <w:tc>
          <w:tcPr>
            <w:tcW w:type="dxa" w:w="4320"/>
            <w:shd w:fill="007a7a"/>
          </w:tcPr>
          <w:p>
            <w:r>
              <w:rPr>
                <w:b/>
                <w:color w:val="FFFFFF"/>
              </w:rPr>
              <w:t>Why</w:t>
            </w:r>
          </w:p>
        </w:tc>
      </w:tr>
      <w:tr>
        <w:tc>
          <w:tcPr>
            <w:tcW w:type="dxa" w:w="4320"/>
          </w:tcPr>
          <w:p>
            <w:r>
              <w:t>Sugar — all forms including honey, agave, syrups</w:t>
            </w:r>
          </w:p>
        </w:tc>
        <w:tc>
          <w:tcPr>
            <w:tcW w:type="dxa" w:w="4320"/>
          </w:tcPr>
          <w:p>
            <w:r>
              <w:t>Feeds candida and bad bacteria. Causes inflammation.</w:t>
            </w:r>
          </w:p>
        </w:tc>
      </w:tr>
      <w:tr>
        <w:tc>
          <w:tcPr>
            <w:tcW w:type="dxa" w:w="4320"/>
          </w:tcPr>
          <w:p>
            <w:r>
              <w:t>Gluten — wheat, rye, barley, spelt</w:t>
            </w:r>
          </w:p>
        </w:tc>
        <w:tc>
          <w:tcPr>
            <w:tcW w:type="dxa" w:w="4320"/>
          </w:tcPr>
          <w:p>
            <w:r>
              <w:t>Worsens the leaky gut and triggers immune reactions.</w:t>
            </w:r>
          </w:p>
        </w:tc>
      </w:tr>
      <w:tr>
        <w:tc>
          <w:tcPr>
            <w:tcW w:type="dxa" w:w="4320"/>
          </w:tcPr>
          <w:p>
            <w:r>
              <w:t>Dairy — milk, cheese, cream, butter</w:t>
            </w:r>
          </w:p>
        </w:tc>
        <w:tc>
          <w:tcPr>
            <w:tcW w:type="dxa" w:w="4320"/>
          </w:tcPr>
          <w:p>
            <w:r>
              <w:t>Your body is reacting to it. Use coconut or oat alternatives.</w:t>
            </w:r>
          </w:p>
        </w:tc>
      </w:tr>
      <w:tr>
        <w:tc>
          <w:tcPr>
            <w:tcW w:type="dxa" w:w="4320"/>
          </w:tcPr>
          <w:p>
            <w:r>
              <w:t>Alcohol</w:t>
            </w:r>
          </w:p>
        </w:tc>
        <w:tc>
          <w:tcPr>
            <w:tcW w:type="dxa" w:w="4320"/>
          </w:tcPr>
          <w:p>
            <w:r>
              <w:t>Burdens the liver, feeds candida and disrupts gut bacteria.</w:t>
            </w:r>
          </w:p>
        </w:tc>
      </w:tr>
      <w:tr>
        <w:tc>
          <w:tcPr>
            <w:tcW w:type="dxa" w:w="4320"/>
          </w:tcPr>
          <w:p>
            <w:r>
              <w:t>Processed and packaged foods</w:t>
            </w:r>
          </w:p>
        </w:tc>
        <w:tc>
          <w:tcPr>
            <w:tcW w:type="dxa" w:w="4320"/>
          </w:tcPr>
          <w:p>
            <w:r>
              <w:t>Full of hidden sugars, additives and inflammatory oils.</w:t>
            </w:r>
          </w:p>
        </w:tc>
      </w:tr>
      <w:tr>
        <w:tc>
          <w:tcPr>
            <w:tcW w:type="dxa" w:w="4320"/>
          </w:tcPr>
          <w:p>
            <w:r>
              <w:t>Vegetable and seed oils — sunflower, canola, soybean</w:t>
            </w:r>
          </w:p>
        </w:tc>
        <w:tc>
          <w:tcPr>
            <w:tcW w:type="dxa" w:w="4320"/>
          </w:tcPr>
          <w:p>
            <w:r>
              <w:t>Highly inflammatory. Replace with olive oil or coconut oil.</w:t>
            </w:r>
          </w:p>
        </w:tc>
      </w:tr>
      <w:tr>
        <w:tc>
          <w:tcPr>
            <w:tcW w:type="dxa" w:w="4320"/>
          </w:tcPr>
          <w:p>
            <w:r>
              <w:t>Farmed fish</w:t>
            </w:r>
          </w:p>
        </w:tc>
        <w:tc>
          <w:tcPr>
            <w:tcW w:type="dxa" w:w="4320"/>
          </w:tcPr>
          <w:p>
            <w:r>
              <w:t>Contains antibiotics, dyes and poor quality fats. Wild caught only.</w:t>
            </w:r>
          </w:p>
        </w:tc>
      </w:tr>
      <w:tr>
        <w:tc>
          <w:tcPr>
            <w:tcW w:type="dxa" w:w="4320"/>
          </w:tcPr>
          <w:p>
            <w:r>
              <w:t>Microwave meals and fast food</w:t>
            </w:r>
          </w:p>
        </w:tc>
        <w:tc>
          <w:tcPr>
            <w:tcW w:type="dxa" w:w="4320"/>
          </w:tcPr>
          <w:p>
            <w:r>
              <w:t>Devoid of nutrients and full of chemicals.</w:t>
            </w:r>
          </w:p>
        </w:tc>
      </w:tr>
    </w:tbl>
    <w:p>
      <w:pPr>
        <w:spacing w:after="216" w:line="20" w:lineRule="exact"/>
      </w:pPr>
    </w:p>
    <w:p>
      <w:r>
        <w:rPr>
          <w:b/>
          <w:sz w:val="24"/>
        </w:rPr>
        <w:t>Simple Meal Ideas</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Meal</w:t>
            </w:r>
          </w:p>
        </w:tc>
        <w:tc>
          <w:tcPr>
            <w:tcW w:type="dxa" w:w="4320"/>
            <w:shd w:fill="007a7a"/>
          </w:tcPr>
          <w:p>
            <w:r>
              <w:rPr>
                <w:b/>
                <w:color w:val="FFFFFF"/>
              </w:rPr>
              <w:t>Example</w:t>
            </w:r>
          </w:p>
        </w:tc>
      </w:tr>
      <w:tr>
        <w:tc>
          <w:tcPr>
            <w:tcW w:type="dxa" w:w="4320"/>
          </w:tcPr>
          <w:p>
            <w:r>
              <w:t>Breakfast</w:t>
            </w:r>
          </w:p>
        </w:tc>
        <w:tc>
          <w:tcPr>
            <w:tcW w:type="dxa" w:w="4320"/>
          </w:tcPr>
          <w:p>
            <w:r>
              <w:t>Gluten-free oats with berries, chia seeds and a drizzle of flaxseed oil. Or scrambled eggs with spinach and avocado.</w:t>
            </w:r>
          </w:p>
        </w:tc>
      </w:tr>
      <w:tr>
        <w:tc>
          <w:tcPr>
            <w:tcW w:type="dxa" w:w="4320"/>
          </w:tcPr>
          <w:p>
            <w:r>
              <w:t>Lunch</w:t>
            </w:r>
          </w:p>
        </w:tc>
        <w:tc>
          <w:tcPr>
            <w:tcW w:type="dxa" w:w="4320"/>
          </w:tcPr>
          <w:p>
            <w:r>
              <w:t>Large salad with wild caught salmon or sardines, cucumber, avocado, pumpkin seeds, olive oil and lemon dressing.</w:t>
            </w:r>
          </w:p>
        </w:tc>
      </w:tr>
      <w:tr>
        <w:tc>
          <w:tcPr>
            <w:tcW w:type="dxa" w:w="4320"/>
          </w:tcPr>
          <w:p>
            <w:r>
              <w:t>Dinner</w:t>
            </w:r>
          </w:p>
        </w:tc>
        <w:tc>
          <w:tcPr>
            <w:tcW w:type="dxa" w:w="4320"/>
          </w:tcPr>
          <w:p>
            <w:r>
              <w:t>Baked wild caught fish with roasted broccoli, sweet potato and a turmeric and ginger sauce. Or lentil soup with leafy greens and gluten-free bread.</w:t>
            </w:r>
          </w:p>
        </w:tc>
      </w:tr>
      <w:tr>
        <w:tc>
          <w:tcPr>
            <w:tcW w:type="dxa" w:w="4320"/>
          </w:tcPr>
          <w:p>
            <w:r>
              <w:t>Snacks</w:t>
            </w:r>
          </w:p>
        </w:tc>
        <w:tc>
          <w:tcPr>
            <w:tcW w:type="dxa" w:w="4320"/>
          </w:tcPr>
          <w:p>
            <w:r>
              <w:t>A small handful of walnuts or almonds. Hummus with cucumber and carrot sticks. A small bowl of berries.</w:t>
            </w:r>
          </w:p>
        </w:tc>
      </w:tr>
    </w:tbl>
    <w:p>
      <w:pPr>
        <w:spacing w:after="432" w:line="20" w:lineRule="exact"/>
      </w:pPr>
    </w:p>
    <w:p>
      <w:pPr>
        <w:pStyle w:val="Heading1"/>
      </w:pPr>
      <w:r>
        <w:t>SECTION 6 — YOUR EMOTIONAL HEALING</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Emotion</w:t>
            </w:r>
          </w:p>
        </w:tc>
        <w:tc>
          <w:tcPr>
            <w:tcW w:type="dxa" w:w="4320"/>
            <w:shd w:fill="007a7a"/>
          </w:tcPr>
          <w:p>
            <w:r>
              <w:rPr>
                <w:b/>
                <w:color w:val="FFFFFF"/>
              </w:rPr>
              <w:t>Where It Is Sitting</w:t>
            </w:r>
          </w:p>
        </w:tc>
      </w:tr>
      <w:tr>
        <w:tc>
          <w:tcPr>
            <w:tcW w:type="dxa" w:w="4320"/>
          </w:tcPr>
          <w:p>
            <w:r>
              <w:t>Betrayal, Heartache, Effort unreceived, Vulnerability</w:t>
            </w:r>
          </w:p>
        </w:tc>
        <w:tc>
          <w:tcPr>
            <w:tcW w:type="dxa" w:w="4320"/>
          </w:tcPr>
          <w:p>
            <w:r>
              <w:t>Heart</w:t>
            </w:r>
          </w:p>
        </w:tc>
      </w:tr>
      <w:tr>
        <w:tc>
          <w:tcPr>
            <w:tcW w:type="dxa" w:w="4320"/>
          </w:tcPr>
          <w:p>
            <w:r>
              <w:t>Anger (from age 14), Bitterness, Guilt, Resentment</w:t>
            </w:r>
          </w:p>
        </w:tc>
        <w:tc>
          <w:tcPr>
            <w:tcW w:type="dxa" w:w="4320"/>
          </w:tcPr>
          <w:p>
            <w:r>
              <w:t>Liver</w:t>
            </w:r>
          </w:p>
        </w:tc>
      </w:tr>
      <w:tr>
        <w:tc>
          <w:tcPr>
            <w:tcW w:type="dxa" w:w="4320"/>
          </w:tcPr>
          <w:p>
            <w:r>
              <w:t>Dread, Fear, Horror, Conflict</w:t>
            </w:r>
          </w:p>
        </w:tc>
        <w:tc>
          <w:tcPr>
            <w:tcW w:type="dxa" w:w="4320"/>
          </w:tcPr>
          <w:p>
            <w:r>
              <w:t>Kidneys</w:t>
            </w:r>
          </w:p>
        </w:tc>
      </w:tr>
      <w:tr>
        <w:tc>
          <w:tcPr>
            <w:tcW w:type="dxa" w:w="4320"/>
          </w:tcPr>
          <w:p>
            <w:r>
              <w:t>Resentment from father</w:t>
            </w:r>
          </w:p>
        </w:tc>
        <w:tc>
          <w:tcPr>
            <w:tcW w:type="dxa" w:w="4320"/>
          </w:tcPr>
          <w:p>
            <w:r>
              <w:t>Liver</w:t>
            </w:r>
          </w:p>
        </w:tc>
      </w:tr>
      <w:tr>
        <w:tc>
          <w:tcPr>
            <w:tcW w:type="dxa" w:w="4320"/>
          </w:tcPr>
          <w:p>
            <w:r>
              <w:t>Inherited betrayal from father and grandfather</w:t>
            </w:r>
          </w:p>
        </w:tc>
        <w:tc>
          <w:tcPr>
            <w:tcW w:type="dxa" w:w="4320"/>
          </w:tcPr>
          <w:p>
            <w:r>
              <w:t>Heart — passed down through the family line</w:t>
            </w:r>
          </w:p>
        </w:tc>
      </w:tr>
    </w:tbl>
    <w:p>
      <w:r>
        <w:rPr>
          <w:b/>
          <w:sz w:val="22"/>
        </w:rPr>
        <w:t>The anger from age 14 is a specific trapped emotion your practitioner will work on directly. These age-specific emotions are often the most important ones to release.</w:t>
      </w:r>
    </w:p>
    <w:p>
      <w:pPr>
        <w:spacing w:after="216" w:line="20" w:lineRule="exact"/>
      </w:pPr>
    </w:p>
    <w:p>
      <w:r>
        <w:rPr>
          <w:b/>
          <w:sz w:val="24"/>
        </w:rPr>
        <w:t>Simple Daily Practices</w:t>
      </w:r>
    </w:p>
    <w:p>
      <w:pPr>
        <w:pStyle w:val="ListBullet"/>
      </w:pPr>
      <w:r>
        <w:t>Walk barefoot outside — 20 minutes daily on grass, soil or sand</w:t>
      </w:r>
    </w:p>
    <w:p>
      <w:pPr>
        <w:pStyle w:val="ListBullet"/>
      </w:pPr>
      <w:r>
        <w:t>Breathe slowly — 10 minutes each morning: in for 4, hold for 4, out for 8</w:t>
      </w:r>
    </w:p>
    <w:p>
      <w:pPr>
        <w:pStyle w:val="ListBullet"/>
      </w:pPr>
      <w:r>
        <w:t>10 minutes of quiet — no phone, no noise. Let your body rest.</w:t>
      </w:r>
    </w:p>
    <w:p>
      <w:pPr>
        <w:pStyle w:val="ListBullet"/>
      </w:pPr>
      <w:r>
        <w:t>Warm lemon water — every morning before anything else</w:t>
      </w:r>
    </w:p>
    <w:p>
      <w:pPr>
        <w:pStyle w:val="ListBullet"/>
      </w:pPr>
      <w:r>
        <w:t>Time in nature — trees, water, open sky. Make it a daily habit.</w:t>
      </w:r>
    </w:p>
    <w:sectPr w:rsidR="00FC693F" w:rsidRPr="0006063C" w:rsidSect="00034616">
      <w:footerReference w:type="default" r:id="rId9"/>
      <w:pgSz w:w="12240" w:h="15840"/>
      <w:pgMar w:top="1440" w:right="1800" w:bottom="144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8"/>
      </w:rPr>
      <w:t xml:space="preserve">Riico Health  |  Gulce Lina Elustu  |  September 2026    Page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007A7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7A7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007A7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eastAsia="Arial"/>
      <w:b/>
      <w:bCs/>
      <w:i/>
      <w:iCs/>
      <w:color w:val="007A7A"/>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007A7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